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0"/>
        </w:rPr>
        <w:t>CONSTRUCTION WORK ORDER</w:t>
      </w:r>
    </w:p>
    <w:p>
      <w:pPr>
        <w:spacing w:after="120"/>
      </w:pPr>
      <w:r>
        <w:rPr>
          <w:color w:val="555555"/>
          <w:sz w:val="22"/>
        </w:rPr>
        <w:t>Work Order No. [DWO-___ / T&amp;M-___ / PCO-___]</w:t>
      </w:r>
    </w:p>
    <w:p>
      <w:pPr>
        <w:spacing w:before="200" w:after="40"/>
      </w:pPr>
      <w:r>
        <w:rPr>
          <w:b/>
          <w:color w:val="333333"/>
          <w:sz w:val="20"/>
        </w:rPr>
        <w:t>A. PROJECT IDENTIFICATION</w:t>
      </w:r>
    </w:p>
    <w:p>
      <w:pPr>
        <w:spacing w:after="40"/>
      </w:pPr>
      <w:r>
        <w:rPr>
          <w:b/>
        </w:rPr>
        <w:t xml:space="preserve">Work order no.: </w:t>
      </w:r>
      <w:r>
        <w:t>[DWO-___]</w:t>
      </w:r>
    </w:p>
    <w:p>
      <w:pPr>
        <w:spacing w:after="40"/>
      </w:pPr>
      <w:r>
        <w:rPr>
          <w:b/>
        </w:rPr>
        <w:t xml:space="preserve">Date issued: </w:t>
      </w:r>
      <w:r>
        <w:t>[Date]</w:t>
      </w:r>
    </w:p>
    <w:p>
      <w:pPr>
        <w:spacing w:after="40"/>
      </w:pPr>
      <w:r>
        <w:rPr>
          <w:b/>
        </w:rPr>
        <w:t xml:space="preserve">Project / job name: </w:t>
      </w:r>
      <w:r>
        <w:t>[Project Name]</w:t>
      </w:r>
    </w:p>
    <w:p>
      <w:pPr>
        <w:spacing w:after="40"/>
      </w:pPr>
      <w:r>
        <w:rPr>
          <w:b/>
        </w:rPr>
        <w:t xml:space="preserve">Lot / unit / building: </w:t>
      </w:r>
      <w:r>
        <w:t>[Lot or Unit]</w:t>
      </w:r>
    </w:p>
    <w:p>
      <w:pPr>
        <w:spacing w:after="40"/>
      </w:pPr>
      <w:r>
        <w:rPr>
          <w:b/>
        </w:rPr>
        <w:t xml:space="preserve">Site address: </w:t>
      </w:r>
      <w:r>
        <w:t>[Site Address]</w:t>
      </w:r>
    </w:p>
    <w:p>
      <w:pPr>
        <w:spacing w:after="40"/>
      </w:pPr>
      <w:r>
        <w:rPr>
          <w:b/>
        </w:rPr>
        <w:t xml:space="preserve">Cost code / phase: </w:t>
      </w:r>
      <w:r>
        <w:t>[Cost Code]</w:t>
      </w:r>
    </w:p>
    <w:p>
      <w:pPr>
        <w:spacing w:after="40"/>
      </w:pPr>
      <w:r>
        <w:rPr>
          <w:b/>
        </w:rPr>
        <w:t xml:space="preserve">Contractor (company): </w:t>
      </w:r>
      <w:r>
        <w:t>[Contractor Name]</w:t>
      </w:r>
    </w:p>
    <w:p>
      <w:pPr>
        <w:spacing w:after="40"/>
      </w:pPr>
      <w:r>
        <w:rPr>
          <w:b/>
        </w:rPr>
        <w:t xml:space="preserve">Contractor contact: </w:t>
      </w:r>
      <w:r>
        <w:t>[Contractor Phone] / [Contractor Email]</w:t>
      </w:r>
    </w:p>
    <w:p>
      <w:pPr>
        <w:spacing w:after="40"/>
      </w:pPr>
      <w:r>
        <w:rPr>
          <w:b/>
        </w:rPr>
        <w:t xml:space="preserve">GC / owner / bill to: </w:t>
      </w:r>
      <w:r>
        <w:t>[Bill-To Name and Address]</w:t>
      </w:r>
    </w:p>
    <w:p>
      <w:pPr>
        <w:spacing w:after="40"/>
      </w:pPr>
      <w:r>
        <w:rPr>
          <w:b/>
        </w:rPr>
        <w:t xml:space="preserve">Contract / PO reference: </w:t>
      </w:r>
      <w:r>
        <w:t>[Contract or PO Ref]</w:t>
      </w:r>
    </w:p>
    <w:p>
      <w:pPr>
        <w:spacing w:before="40"/>
      </w:pPr>
      <w:r>
        <w:rPr>
          <w:i w:val="0"/>
          <w:color w:val="555555"/>
          <w:sz w:val="17"/>
        </w:rPr>
        <w:t>Keep the site address separate from the bill-to address — on a jobsite they are rarely the same.</w:t>
      </w:r>
    </w:p>
    <w:p>
      <w:pPr>
        <w:spacing w:before="200" w:after="40"/>
      </w:pPr>
      <w:r>
        <w:rPr>
          <w:b/>
          <w:color w:val="333333"/>
          <w:sz w:val="20"/>
        </w:rPr>
        <w:t>B. AUTHORIZATION</w:t>
      </w:r>
    </w:p>
    <w:p>
      <w:pPr>
        <w:spacing w:after="40"/>
      </w:pPr>
      <w:r>
        <w:rPr>
          <w:b/>
        </w:rPr>
        <w:t xml:space="preserve">Work type: </w:t>
      </w:r>
      <w:r>
        <w:t>[ ] Directed task (within contract)   [ ] Extra / changed scope   [ ] Time &amp; materials   [ ] Warranty / punch list</w:t>
      </w:r>
    </w:p>
    <w:p>
      <w:pPr>
        <w:spacing w:after="40"/>
      </w:pPr>
      <w:r>
        <w:rPr>
          <w:b/>
        </w:rPr>
        <w:t xml:space="preserve">Authorized by (name / role): </w:t>
      </w:r>
      <w:r>
        <w:t>[Superintendent or Owner's Rep]</w:t>
      </w:r>
    </w:p>
    <w:p>
      <w:pPr>
        <w:spacing w:after="40"/>
      </w:pPr>
      <w:r>
        <w:rPr>
          <w:b/>
        </w:rPr>
        <w:t xml:space="preserve">Authorized on (date / time): </w:t>
      </w:r>
      <w:r>
        <w:t>[Date] / [Time]</w:t>
      </w:r>
    </w:p>
    <w:p>
      <w:pPr>
        <w:spacing w:after="40"/>
      </w:pPr>
      <w:r>
        <w:rPr>
          <w:b/>
        </w:rPr>
        <w:t xml:space="preserve">Authorization form: </w:t>
      </w:r>
      <w:r>
        <w:t>[ ] Verbal   [ ] Written   [ ] Email</w:t>
      </w:r>
    </w:p>
    <w:p>
      <w:pPr>
        <w:spacing w:after="40"/>
      </w:pPr>
      <w:r>
        <w:rPr>
          <w:b/>
        </w:rPr>
        <w:t xml:space="preserve">Related PCO / RFI / T&amp;M ref: </w:t>
      </w:r>
      <w:r>
        <w:t>[Reference No.]</w:t>
      </w:r>
    </w:p>
    <w:p>
      <w:pPr>
        <w:spacing w:before="40"/>
      </w:pPr>
      <w:r>
        <w:rPr>
          <w:i w:val="0"/>
          <w:color w:val="555555"/>
          <w:sz w:val="17"/>
        </w:rPr>
        <w:t>Convert a verbal go-ahead into a signed ticket the same shift — the signature is worth far more on the day than at billing.</w:t>
      </w:r>
    </w:p>
    <w:p>
      <w:pPr>
        <w:spacing w:before="200" w:after="40"/>
      </w:pPr>
      <w:r>
        <w:rPr>
          <w:b/>
          <w:color w:val="333333"/>
          <w:sz w:val="20"/>
        </w:rPr>
        <w:t>C. SCOPE OF WORK PERFORMED</w:t>
      </w:r>
    </w:p>
    <w:p>
      <w:pPr>
        <w:spacing w:before="40"/>
      </w:pPr>
      <w:r>
        <w:rPr>
          <w:b/>
        </w:rPr>
        <w:t xml:space="preserve">Directed task / work performed: </w:t>
      </w:r>
      <w:r>
        <w:t>[Description of Work]</w:t>
      </w:r>
    </w:p>
    <w:p>
      <w:pPr>
        <w:spacing w:after="40"/>
      </w:pPr>
      <w:r>
        <w:rPr>
          <w:b/>
        </w:rPr>
        <w:t xml:space="preserve">Site / access notes: </w:t>
      </w:r>
      <w:r>
        <w:t>[Gate code, lockbox, staging area, floor or unit]</w:t>
      </w:r>
    </w:p>
    <w:p>
      <w:pPr>
        <w:spacing w:after="40"/>
      </w:pPr>
      <w:r>
        <w:rPr>
          <w:b/>
        </w:rPr>
        <w:t xml:space="preserve">Equipment make / model / serial: </w:t>
      </w:r>
      <w:r>
        <w:t>[Equipment or Asset]</w:t>
      </w:r>
    </w:p>
    <w:p>
      <w:pPr>
        <w:spacing w:before="200" w:after="40"/>
      </w:pPr>
      <w:r>
        <w:rPr>
          <w:b/>
          <w:color w:val="333333"/>
          <w:sz w:val="20"/>
        </w:rPr>
        <w:t>D. LABOR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  <w:sz w:val="18"/>
              </w:rPr>
              <w:t>Worker / trade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Hours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Rate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Labor subtotal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[Labor Subtotal]</w:t>
            </w:r>
          </w:p>
        </w:tc>
      </w:tr>
    </w:tbl>
    <w:p>
      <w:pPr>
        <w:spacing w:before="200" w:after="40"/>
      </w:pPr>
      <w:r>
        <w:rPr>
          <w:b/>
          <w:color w:val="333333"/>
          <w:sz w:val="20"/>
        </w:rPr>
        <w:t>E. MATERIALS AND EQUIPMENT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Qty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Unit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Unit cost</w:t>
            </w:r>
          </w:p>
        </w:tc>
        <w:tc>
          <w:tcPr>
            <w:tcW w:type="dxa" w:w="201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  <w:tc>
          <w:tcPr>
            <w:tcW w:type="dxa" w:w="2016"/>
          </w:tcPr>
          <w:p>
            <w:pPr>
              <w:jc w:val="right"/>
            </w:pPr>
            <w:r/>
          </w:p>
        </w:tc>
      </w:tr>
    </w:tbl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Materials subtotal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[Materials Subtotal]</w:t>
            </w:r>
          </w:p>
        </w:tc>
      </w:tr>
    </w:tbl>
    <w:p>
      <w:pPr>
        <w:spacing w:before="200" w:after="40"/>
      </w:pPr>
      <w:r>
        <w:rPr>
          <w:b/>
          <w:color w:val="333333"/>
          <w:sz w:val="20"/>
        </w:rPr>
        <w:t>F. PROGRESS AND TOTALS</w:t>
      </w:r>
    </w:p>
    <w:p>
      <w:pPr>
        <w:spacing w:after="40"/>
      </w:pPr>
      <w:r>
        <w:rPr>
          <w:b/>
        </w:rPr>
        <w:t xml:space="preserve">Start (date / time): </w:t>
      </w:r>
      <w:r>
        <w:t>[Start]</w:t>
      </w:r>
    </w:p>
    <w:p>
      <w:pPr>
        <w:spacing w:after="40"/>
      </w:pPr>
      <w:r>
        <w:rPr>
          <w:b/>
        </w:rPr>
        <w:t xml:space="preserve">Finish (date / time): </w:t>
      </w:r>
      <w:r>
        <w:t>[Finish]</w:t>
      </w:r>
    </w:p>
    <w:p>
      <w:pPr>
        <w:spacing w:after="40"/>
      </w:pPr>
      <w:r>
        <w:rPr>
          <w:b/>
        </w:rPr>
        <w:t xml:space="preserve">Progress / percent complete: </w:t>
      </w:r>
      <w:r>
        <w:t>[e.g. rough-in 60% complete, north wall]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Labor subtotal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[Labor Subtotal]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Materials subtotal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[Materials Subtotal]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Tax (if applicable)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t>[Tax]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22"/>
              </w:rPr>
              <w:t>Total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22"/>
              </w:rPr>
              <w:t>[Total]</w:t>
            </w:r>
          </w:p>
        </w:tc>
      </w:tr>
    </w:tbl>
    <w:p>
      <w:pPr>
        <w:spacing w:before="40"/>
      </w:pPr>
      <w:r>
        <w:rPr>
          <w:i w:val="0"/>
          <w:color w:val="555555"/>
          <w:sz w:val="17"/>
        </w:rPr>
        <w:t>Leave every money column blank to print a pure field-documentation ticket — a work order with no pricing is still valid substantiation.</w:t>
      </w:r>
    </w:p>
    <w:p>
      <w:pPr>
        <w:spacing w:before="200" w:after="40"/>
      </w:pPr>
      <w:r>
        <w:rPr>
          <w:b/>
          <w:color w:val="333333"/>
          <w:sz w:val="20"/>
        </w:rPr>
        <w:t>G. SIGN-OFF</w:t>
      </w:r>
    </w:p>
    <w:p>
      <w:pPr>
        <w:spacing w:after="200"/>
      </w:pPr>
      <w:r>
        <w:rPr>
          <w:i/>
          <w:sz w:val="19"/>
        </w:rPr>
        <w:t>The work described above was authorized and has been completed to satisfaction. Signature confirms authorization and performance only.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________________________________</w:t>
              <w:br/>
            </w:r>
            <w:r>
              <w:rPr>
                <w:color w:val="555555"/>
                <w:sz w:val="17"/>
              </w:rPr>
              <w:t>Crew lead / foreman signature</w:t>
            </w:r>
          </w:p>
          <w:p>
            <w:r>
              <w:rPr>
                <w:color w:val="555555"/>
                <w:sz w:val="17"/>
              </w:rPr>
              <w:t>Printed name: ____________________</w:t>
            </w:r>
          </w:p>
          <w:p>
            <w:r>
              <w:rPr>
                <w:color w:val="555555"/>
                <w:sz w:val="17"/>
              </w:rPr>
              <w:t>Date: ____________________</w:t>
            </w:r>
          </w:p>
        </w:tc>
        <w:tc>
          <w:tcPr>
            <w:tcW w:type="dxa" w:w="5040"/>
          </w:tcPr>
          <w:p>
            <w:r>
              <w:t>________________________________</w:t>
              <w:br/>
            </w:r>
            <w:r>
              <w:rPr>
                <w:color w:val="555555"/>
                <w:sz w:val="17"/>
              </w:rPr>
              <w:t>Superintendent / owner's rep signature</w:t>
            </w:r>
          </w:p>
          <w:p>
            <w:r>
              <w:rPr>
                <w:color w:val="555555"/>
                <w:sz w:val="17"/>
              </w:rPr>
              <w:t>Printed name: ____________________</w:t>
            </w:r>
          </w:p>
          <w:p>
            <w:r>
              <w:rPr>
                <w:color w:val="555555"/>
                <w:sz w:val="17"/>
              </w:rPr>
              <w:t>Date: ____________________</w:t>
            </w:r>
          </w:p>
        </w:tc>
      </w:tr>
    </w:tbl>
    <w:p>
      <w:pPr>
        <w:spacing w:before="240"/>
      </w:pPr>
    </w:p>
    <w:p>
      <w:r>
        <w:rPr>
          <w:i/>
          <w:color w:val="555555"/>
          <w:sz w:val="16"/>
        </w:rPr>
        <w:t>This template is a starting point and is not legal advice. A signed work order records that the described work was authorized and performed; it does not by itself constitute a binding contract and does not guarantee payment, change-order approval, or lien rights in any jurisdiction.</w:t>
      </w:r>
    </w:p>
    <w:sectPr w:rsidR="00FC693F" w:rsidRPr="0006063C" w:rsidSect="00034616">
      <w:pgSz w:w="12240" w:h="15840"/>
      <w:pgMar w:top="960" w:right="1080" w:bottom="9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